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CC00A6" w14:textId="77777777" w:rsidR="00852DD1" w:rsidRDefault="00000000">
      <w:pPr>
        <w:pStyle w:val="Title"/>
      </w:pPr>
      <w:r>
        <w:t>[Article title in English]</w:t>
      </w:r>
    </w:p>
    <w:p w14:paraId="3E881CDD" w14:textId="77777777" w:rsidR="00983418" w:rsidRDefault="00983418">
      <w:pPr>
        <w:pStyle w:val="Heading1"/>
      </w:pPr>
    </w:p>
    <w:p w14:paraId="3E41C3CF" w14:textId="203C25F0" w:rsidR="00852DD1" w:rsidRDefault="00000000">
      <w:pPr>
        <w:pStyle w:val="Heading1"/>
      </w:pPr>
      <w:r>
        <w:t>Abstract</w:t>
      </w:r>
    </w:p>
    <w:p w14:paraId="7C01BE6D" w14:textId="77777777" w:rsidR="00852DD1" w:rsidRDefault="00000000">
      <w:r>
        <w:t>[Insert an English abstract of 130–150 words presenting the research problem, purpose, methods, principal findings and contribution. Do not include identifying information.]</w:t>
      </w:r>
    </w:p>
    <w:p w14:paraId="69F360D1" w14:textId="77777777" w:rsidR="00852DD1" w:rsidRDefault="00000000">
      <w:r>
        <w:rPr>
          <w:b/>
        </w:rPr>
        <w:t>Keywords: [up to five keywords in alphabetical order, separated by commas]</w:t>
      </w:r>
    </w:p>
    <w:p w14:paraId="455B659A" w14:textId="77777777" w:rsidR="00983418" w:rsidRDefault="00983418">
      <w:pPr>
        <w:pStyle w:val="Heading1"/>
      </w:pPr>
    </w:p>
    <w:p w14:paraId="38D6307B" w14:textId="06C8185D" w:rsidR="00852DD1" w:rsidRDefault="00000000">
      <w:pPr>
        <w:pStyle w:val="Heading1"/>
      </w:pPr>
      <w:r>
        <w:t>Introduction</w:t>
      </w:r>
    </w:p>
    <w:p w14:paraId="0C0EB082" w14:textId="77777777" w:rsidR="00852DD1" w:rsidRDefault="00000000">
      <w:r>
        <w:t>[Introduce the research problem, relevant scholarship and the article’s purpose. Insert references as automatic numbered footnotes.]</w:t>
      </w:r>
      <w:r>
        <w:rPr>
          <w:vertAlign w:val="superscript"/>
        </w:rPr>
        <w:footnoteReference w:id="1"/>
      </w:r>
    </w:p>
    <w:p w14:paraId="14E1C065" w14:textId="77777777" w:rsidR="00983418" w:rsidRDefault="00983418">
      <w:pPr>
        <w:pStyle w:val="Heading1"/>
      </w:pPr>
    </w:p>
    <w:p w14:paraId="2A962C31" w14:textId="5E55992A" w:rsidR="00852DD1" w:rsidRDefault="00000000">
      <w:pPr>
        <w:pStyle w:val="Heading1"/>
      </w:pPr>
      <w:r>
        <w:t>[Main section heading]</w:t>
      </w:r>
    </w:p>
    <w:p w14:paraId="5E2A19C8" w14:textId="77777777" w:rsidR="00852DD1" w:rsidRDefault="00000000">
      <w:r>
        <w:t>[Develop the conceptual framework, methods and analysis. Adapt section headings to the article. Use Times New Roman 12 and single spacing throughout.]</w:t>
      </w:r>
    </w:p>
    <w:p w14:paraId="6635DE51" w14:textId="77777777" w:rsidR="00983418" w:rsidRDefault="00983418">
      <w:pPr>
        <w:pStyle w:val="Heading1"/>
      </w:pPr>
    </w:p>
    <w:p w14:paraId="102C0086" w14:textId="339E97E4" w:rsidR="00852DD1" w:rsidRDefault="00000000">
      <w:pPr>
        <w:pStyle w:val="Heading1"/>
      </w:pPr>
      <w:r>
        <w:t>Conclusion</w:t>
      </w:r>
    </w:p>
    <w:p w14:paraId="031CD99E" w14:textId="77777777" w:rsidR="00852DD1" w:rsidRDefault="00000000">
      <w:r>
        <w:t>[Present the main findings, their implications and relevant limitations.]</w:t>
      </w:r>
    </w:p>
    <w:p w14:paraId="52E3F71A" w14:textId="77777777" w:rsidR="00983418" w:rsidRDefault="00983418">
      <w:pPr>
        <w:pStyle w:val="Heading1"/>
      </w:pPr>
    </w:p>
    <w:p w14:paraId="04D53A13" w14:textId="3B9EB71F" w:rsidR="00852DD1" w:rsidRDefault="00000000">
      <w:pPr>
        <w:pStyle w:val="Heading1"/>
      </w:pPr>
      <w:r>
        <w:t>Bibliography</w:t>
      </w:r>
    </w:p>
    <w:p w14:paraId="03219CD0" w14:textId="0BD69326" w:rsidR="00852DD1" w:rsidRDefault="00000000">
      <w:r>
        <w:t xml:space="preserve">[List full references </w:t>
      </w:r>
      <w:r w:rsidR="00983418">
        <w:t>in alphabetical order]</w:t>
      </w:r>
    </w:p>
    <w:p w14:paraId="1ADE91AA" w14:textId="77777777" w:rsidR="00983418" w:rsidRDefault="00983418">
      <w:pPr>
        <w:pStyle w:val="Heading1"/>
      </w:pPr>
    </w:p>
    <w:p w14:paraId="3B897AA0" w14:textId="0E8B8E4B" w:rsidR="00852DD1" w:rsidRDefault="00000000">
      <w:pPr>
        <w:pStyle w:val="Heading1"/>
      </w:pPr>
      <w:r>
        <w:t>Conflict of Interest Statement</w:t>
      </w:r>
    </w:p>
    <w:p w14:paraId="24321EA4" w14:textId="77777777" w:rsidR="00852DD1" w:rsidRDefault="00000000">
      <w:r>
        <w:t>[Declare relevant interests, or state: The authors declare no conflicts of interest.]</w:t>
      </w:r>
    </w:p>
    <w:p w14:paraId="3D324D2A" w14:textId="77777777" w:rsidR="00983418" w:rsidRDefault="00983418">
      <w:pPr>
        <w:pStyle w:val="Heading1"/>
      </w:pPr>
    </w:p>
    <w:p w14:paraId="31CE3406" w14:textId="6786E5FF" w:rsidR="00852DD1" w:rsidRDefault="00000000">
      <w:pPr>
        <w:pStyle w:val="Heading1"/>
      </w:pPr>
      <w:r>
        <w:t>Funding and acknowledgements</w:t>
      </w:r>
    </w:p>
    <w:p w14:paraId="4EAE97BB" w14:textId="77777777" w:rsidR="00852DD1" w:rsidRDefault="00000000">
      <w:r>
        <w:t>[Identify the funding authority and project identifiers, or state that no specific funding was received. Place identifying acknowledgements on the final author-information page.]</w:t>
      </w:r>
    </w:p>
    <w:p w14:paraId="6B8F8E9B" w14:textId="77777777" w:rsidR="00983418" w:rsidRDefault="00983418">
      <w:pPr>
        <w:pStyle w:val="Heading1"/>
      </w:pPr>
    </w:p>
    <w:p w14:paraId="1AFFBAB3" w14:textId="4DC722D1" w:rsidR="00852DD1" w:rsidRDefault="00000000">
      <w:pPr>
        <w:pStyle w:val="Heading1"/>
      </w:pPr>
      <w:r>
        <w:t>Use of artificial intelligence</w:t>
      </w:r>
    </w:p>
    <w:p w14:paraId="5FAA2FBB" w14:textId="77777777" w:rsidR="00852DD1" w:rsidRDefault="00000000">
      <w:r>
        <w:t>[If applicable, identify the AI tool(s), purpose and extent of use. Authors must verify all AI-assisted content and remain responsible for the manuscript.]</w:t>
      </w:r>
    </w:p>
    <w:p w14:paraId="1EF5F672" w14:textId="77777777" w:rsidR="00852DD1" w:rsidRDefault="00000000">
      <w:pPr>
        <w:pStyle w:val="Title"/>
        <w:pageBreakBefore/>
      </w:pPr>
      <w:r>
        <w:lastRenderedPageBreak/>
        <w:t>Author details and submission information</w:t>
      </w:r>
    </w:p>
    <w:p w14:paraId="37373AD1" w14:textId="77777777" w:rsidR="00983418" w:rsidRDefault="00983418">
      <w:pPr>
        <w:rPr>
          <w:b/>
        </w:rPr>
      </w:pPr>
    </w:p>
    <w:p w14:paraId="5CFC4143" w14:textId="5417FC4F" w:rsidR="00852DD1" w:rsidRDefault="00000000">
      <w:proofErr w:type="spellStart"/>
      <w:r>
        <w:rPr>
          <w:b/>
        </w:rPr>
        <w:t>L’Europe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Unie</w:t>
      </w:r>
      <w:proofErr w:type="spellEnd"/>
      <w:r>
        <w:rPr>
          <w:b/>
        </w:rPr>
        <w:t xml:space="preserve"> / United Europe</w:t>
      </w:r>
    </w:p>
    <w:p w14:paraId="54609CFA" w14:textId="77777777" w:rsidR="00852DD1" w:rsidRDefault="00000000">
      <w:r>
        <w:t>Complete this final page for all authors. The editorial office will remove it before anonymous peer review. Repeat the author block for each co-author.</w:t>
      </w:r>
    </w:p>
    <w:p w14:paraId="34F716DD" w14:textId="77777777" w:rsidR="00983418" w:rsidRDefault="00983418">
      <w:pPr>
        <w:pStyle w:val="Heading1"/>
      </w:pPr>
    </w:p>
    <w:p w14:paraId="19730368" w14:textId="7D5EB29C" w:rsidR="00852DD1" w:rsidRDefault="00000000">
      <w:pPr>
        <w:pStyle w:val="Heading1"/>
      </w:pPr>
      <w:r>
        <w:t>Article title</w:t>
      </w:r>
    </w:p>
    <w:p w14:paraId="6C56656D" w14:textId="77777777" w:rsidR="00852DD1" w:rsidRDefault="00000000">
      <w:r>
        <w:t>[Full article title in English]</w:t>
      </w:r>
    </w:p>
    <w:p w14:paraId="37F88520" w14:textId="77777777" w:rsidR="00983418" w:rsidRDefault="00983418">
      <w:pPr>
        <w:pStyle w:val="Heading1"/>
      </w:pPr>
    </w:p>
    <w:p w14:paraId="497DECBA" w14:textId="0634F06F" w:rsidR="00852DD1" w:rsidRDefault="00000000">
      <w:pPr>
        <w:pStyle w:val="Heading1"/>
      </w:pPr>
      <w:r>
        <w:t>Author details</w:t>
      </w:r>
    </w:p>
    <w:p w14:paraId="7EEF6539" w14:textId="77777777" w:rsidR="00852DD1" w:rsidRDefault="00000000">
      <w:r>
        <w:t>[Full name] — [Institution, department, city, country]</w:t>
      </w:r>
      <w:r>
        <w:rPr>
          <w:vertAlign w:val="superscript"/>
        </w:rPr>
        <w:footnoteReference w:id="2"/>
      </w:r>
    </w:p>
    <w:p w14:paraId="410B2AC0" w14:textId="77777777" w:rsidR="00852DD1" w:rsidRDefault="00000000">
      <w:r>
        <w:t>Corresponding author: [Name and email address]</w:t>
      </w:r>
    </w:p>
    <w:p w14:paraId="6C8773BD" w14:textId="77777777" w:rsidR="00983418" w:rsidRDefault="00983418">
      <w:pPr>
        <w:pStyle w:val="Heading1"/>
      </w:pPr>
    </w:p>
    <w:p w14:paraId="6473E8EE" w14:textId="5CD82EC7" w:rsidR="00852DD1" w:rsidRDefault="00000000">
      <w:pPr>
        <w:pStyle w:val="Heading1"/>
      </w:pPr>
      <w:r>
        <w:t>Academic biography</w:t>
      </w:r>
    </w:p>
    <w:p w14:paraId="4DBBE2DA" w14:textId="77777777" w:rsidR="00852DD1" w:rsidRDefault="00000000">
      <w:r>
        <w:t>[Insert a brief academic biography of no more than 100 words for each author.]</w:t>
      </w:r>
    </w:p>
    <w:p w14:paraId="1B94E7F4" w14:textId="77777777" w:rsidR="00983418" w:rsidRDefault="00983418">
      <w:pPr>
        <w:pStyle w:val="Heading1"/>
      </w:pPr>
    </w:p>
    <w:p w14:paraId="3BFAB0B8" w14:textId="237005A2" w:rsidR="00852DD1" w:rsidRDefault="00000000">
      <w:pPr>
        <w:pStyle w:val="Heading1"/>
      </w:pPr>
      <w:r>
        <w:t>Photograph</w:t>
      </w:r>
    </w:p>
    <w:p w14:paraId="1B5A4F6C" w14:textId="77777777" w:rsidR="00852DD1" w:rsidRDefault="00000000">
      <w:r>
        <w:t>[Insert a photograph here or attach it as a separate image file for editorial use.]</w:t>
      </w:r>
    </w:p>
    <w:p w14:paraId="3C833810" w14:textId="77777777" w:rsidR="00983418" w:rsidRDefault="00983418">
      <w:pPr>
        <w:pStyle w:val="Heading1"/>
      </w:pPr>
    </w:p>
    <w:p w14:paraId="72A5AE22" w14:textId="3A9335C9" w:rsidR="00852DD1" w:rsidRDefault="00000000">
      <w:pPr>
        <w:pStyle w:val="Heading1"/>
      </w:pPr>
      <w:r>
        <w:t>Funding and acknowledgements</w:t>
      </w:r>
    </w:p>
    <w:p w14:paraId="59164EA1" w14:textId="77777777" w:rsidR="00852DD1" w:rsidRDefault="00000000">
      <w:r>
        <w:t>[Provide full funder names, project identifiers and any acknowledgements placed on this author-information page.]</w:t>
      </w:r>
    </w:p>
    <w:p w14:paraId="5B1E793B" w14:textId="77777777" w:rsidR="00983418" w:rsidRDefault="00983418">
      <w:pPr>
        <w:pStyle w:val="Heading1"/>
      </w:pPr>
    </w:p>
    <w:p w14:paraId="47D34F21" w14:textId="110A81B3" w:rsidR="00852DD1" w:rsidRDefault="00000000">
      <w:pPr>
        <w:pStyle w:val="Heading1"/>
      </w:pPr>
      <w:r>
        <w:t>Ethical statement</w:t>
      </w:r>
    </w:p>
    <w:p w14:paraId="108F7A43" w14:textId="77777777" w:rsidR="00852DD1" w:rsidRDefault="00000000">
      <w:r>
        <w:t>[Where applicable, submit a separate ethical statement identifying the approving body, approval reference and relevant consent or welfare arrangements. Include an explanation where approval was not required.]</w:t>
      </w:r>
    </w:p>
    <w:p w14:paraId="7E29DE73" w14:textId="77777777" w:rsidR="00983418" w:rsidRDefault="00983418">
      <w:pPr>
        <w:pStyle w:val="Heading1"/>
      </w:pPr>
    </w:p>
    <w:p w14:paraId="6B520493" w14:textId="3B1DB808" w:rsidR="00852DD1" w:rsidRDefault="00000000">
      <w:pPr>
        <w:pStyle w:val="Heading1"/>
      </w:pPr>
      <w:r>
        <w:t>Submission</w:t>
      </w:r>
    </w:p>
    <w:p w14:paraId="448669FF" w14:textId="77777777" w:rsidR="00852DD1" w:rsidRDefault="00000000">
      <w:r>
        <w:t>Annual deadline: July 1. Submit the manuscript in .doc or .docx format. Supply tables, charts and graphics separately in the appropriate source or image format.</w:t>
      </w:r>
    </w:p>
    <w:p w14:paraId="739D395F" w14:textId="77777777" w:rsidR="00852DD1" w:rsidRDefault="00000000">
      <w:r>
        <w:t>Prof. Dr. Habil. Simion COSTEA: editorialteam@leuropeunie.com</w:t>
      </w:r>
      <w:r>
        <w:br/>
        <w:t>Prof. Dr. Habil. Mihaela Daciana NATEA: leuropeunie2025@gmail.com</w:t>
      </w:r>
    </w:p>
    <w:p w14:paraId="09006B07" w14:textId="77777777" w:rsidR="00983418" w:rsidRDefault="00983418"/>
    <w:p w14:paraId="71AED444" w14:textId="2747CFEC" w:rsidR="00852DD1" w:rsidRDefault="00000000">
      <w:r>
        <w:t>Article publication is free of charge, and the journal is freely available online. Authors requesting a printed issue must cover printing and shipping costs.</w:t>
      </w:r>
    </w:p>
    <w:sectPr w:rsidR="00852DD1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53E3C1" w14:textId="77777777" w:rsidR="00836E11" w:rsidRDefault="00836E11">
      <w:pPr>
        <w:spacing w:after="0"/>
      </w:pPr>
      <w:r>
        <w:separator/>
      </w:r>
    </w:p>
  </w:endnote>
  <w:endnote w:type="continuationSeparator" w:id="0">
    <w:p w14:paraId="57A96102" w14:textId="77777777" w:rsidR="00836E11" w:rsidRDefault="00836E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561E5B" w14:textId="77777777" w:rsidR="00836E11" w:rsidRDefault="00836E11">
      <w:pPr>
        <w:spacing w:after="0"/>
      </w:pPr>
      <w:r>
        <w:separator/>
      </w:r>
    </w:p>
  </w:footnote>
  <w:footnote w:type="continuationSeparator" w:id="0">
    <w:p w14:paraId="21F785E3" w14:textId="77777777" w:rsidR="00836E11" w:rsidRDefault="00836E11">
      <w:pPr>
        <w:spacing w:after="0"/>
      </w:pPr>
      <w:r>
        <w:continuationSeparator/>
      </w:r>
    </w:p>
  </w:footnote>
  <w:footnote w:id="1">
    <w:p w14:paraId="04A35EBF" w14:textId="77777777" w:rsidR="00852DD1" w:rsidRDefault="00000000">
      <w:r>
        <w:footnoteRef/>
      </w:r>
      <w:r>
        <w:rPr>
          <w:sz w:val="20"/>
        </w:rPr>
        <w:t>[Full footnote: Author’s first name and surname, Title (Place: Publisher, year), cited page(s), DOI or URL where available. Follow the journal’s citation and bibliography style.]</w:t>
      </w:r>
    </w:p>
  </w:footnote>
  <w:footnote w:id="2">
    <w:p w14:paraId="0A7683BB" w14:textId="622BE1B5" w:rsidR="00852DD1" w:rsidRDefault="00000000">
      <w:r w:rsidRPr="00983418">
        <w:rPr>
          <w:vertAlign w:val="superscript"/>
        </w:rPr>
        <w:footnoteRef/>
      </w:r>
      <w:r w:rsidRPr="00983418">
        <w:rPr>
          <w:color w:val="EE0000"/>
          <w:sz w:val="20"/>
        </w:rPr>
        <w:t xml:space="preserve">Author identifiers: ORCID </w:t>
      </w:r>
      <w:proofErr w:type="spellStart"/>
      <w:r w:rsidRPr="00983418">
        <w:rPr>
          <w:color w:val="EE0000"/>
          <w:sz w:val="20"/>
        </w:rPr>
        <w:t>iD</w:t>
      </w:r>
      <w:proofErr w:type="spellEnd"/>
      <w:r w:rsidRPr="00983418">
        <w:rPr>
          <w:color w:val="EE0000"/>
          <w:sz w:val="20"/>
        </w:rPr>
        <w:t xml:space="preserve"> </w:t>
      </w:r>
      <w:proofErr w:type="gramStart"/>
      <w:r w:rsidRPr="00983418">
        <w:rPr>
          <w:color w:val="EE0000"/>
          <w:sz w:val="20"/>
        </w:rPr>
        <w:t>[ ]</w:t>
      </w:r>
      <w:proofErr w:type="gramEnd"/>
      <w:r w:rsidRPr="00983418">
        <w:rPr>
          <w:color w:val="EE0000"/>
          <w:sz w:val="20"/>
        </w:rPr>
        <w:t xml:space="preserve">; Web of Science </w:t>
      </w:r>
      <w:proofErr w:type="spellStart"/>
      <w:r w:rsidRPr="00983418">
        <w:rPr>
          <w:color w:val="EE0000"/>
          <w:sz w:val="20"/>
        </w:rPr>
        <w:t>ResearcherID</w:t>
      </w:r>
      <w:proofErr w:type="spellEnd"/>
      <w:r w:rsidRPr="00983418">
        <w:rPr>
          <w:color w:val="EE0000"/>
          <w:sz w:val="20"/>
        </w:rPr>
        <w:t xml:space="preserve"> </w:t>
      </w:r>
      <w:proofErr w:type="gramStart"/>
      <w:r w:rsidRPr="00983418">
        <w:rPr>
          <w:color w:val="EE0000"/>
          <w:sz w:val="20"/>
        </w:rPr>
        <w:t>[ ]</w:t>
      </w:r>
      <w:proofErr w:type="gramEnd"/>
      <w:r w:rsidRPr="00983418">
        <w:rPr>
          <w:color w:val="EE0000"/>
          <w:sz w:val="20"/>
        </w:rPr>
        <w:t xml:space="preserve">; Scopus Author ID </w:t>
      </w:r>
      <w:proofErr w:type="gramStart"/>
      <w:r w:rsidRPr="00983418">
        <w:rPr>
          <w:color w:val="EE0000"/>
          <w:sz w:val="20"/>
        </w:rPr>
        <w:t>[ ]</w:t>
      </w:r>
      <w:proofErr w:type="gramEnd"/>
      <w:r w:rsidRPr="00983418">
        <w:rPr>
          <w:color w:val="EE0000"/>
          <w:sz w:val="20"/>
        </w:rPr>
        <w:t xml:space="preserve">; Google Scholar profile </w:t>
      </w:r>
      <w:proofErr w:type="gramStart"/>
      <w:r w:rsidRPr="00983418">
        <w:rPr>
          <w:color w:val="EE0000"/>
          <w:sz w:val="20"/>
        </w:rPr>
        <w:t>[ ]</w:t>
      </w:r>
      <w:proofErr w:type="gramEnd"/>
      <w:r w:rsidRPr="00983418">
        <w:rPr>
          <w:color w:val="EE0000"/>
          <w:sz w:val="20"/>
        </w:rPr>
        <w:t xml:space="preserve">; institutional profile URL </w:t>
      </w:r>
      <w:proofErr w:type="gramStart"/>
      <w:r w:rsidRPr="00983418">
        <w:rPr>
          <w:color w:val="EE0000"/>
          <w:sz w:val="20"/>
        </w:rPr>
        <w:t>[ ]</w:t>
      </w:r>
      <w:proofErr w:type="gramEnd"/>
      <w:r w:rsidRPr="00983418">
        <w:rPr>
          <w:color w:val="EE0000"/>
          <w:sz w:val="20"/>
        </w:rPr>
        <w:t xml:space="preserve">. Provide this information </w:t>
      </w:r>
      <w:r w:rsidR="00983418" w:rsidRPr="00983418">
        <w:rPr>
          <w:color w:val="EE0000"/>
          <w:sz w:val="20"/>
        </w:rPr>
        <w:t xml:space="preserve">and links </w:t>
      </w:r>
      <w:r w:rsidRPr="00983418">
        <w:rPr>
          <w:color w:val="EE0000"/>
          <w:sz w:val="20"/>
        </w:rPr>
        <w:t>for each author.</w:t>
      </w:r>
      <w:r w:rsidR="00983418">
        <w:rPr>
          <w:color w:val="EE0000"/>
          <w:sz w:val="2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3114433">
    <w:abstractNumId w:val="8"/>
  </w:num>
  <w:num w:numId="2" w16cid:durableId="2006467558">
    <w:abstractNumId w:val="6"/>
  </w:num>
  <w:num w:numId="3" w16cid:durableId="1517500933">
    <w:abstractNumId w:val="5"/>
  </w:num>
  <w:num w:numId="4" w16cid:durableId="1009913681">
    <w:abstractNumId w:val="4"/>
  </w:num>
  <w:num w:numId="5" w16cid:durableId="925961000">
    <w:abstractNumId w:val="7"/>
  </w:num>
  <w:num w:numId="6" w16cid:durableId="233978899">
    <w:abstractNumId w:val="3"/>
  </w:num>
  <w:num w:numId="7" w16cid:durableId="559440418">
    <w:abstractNumId w:val="2"/>
  </w:num>
  <w:num w:numId="8" w16cid:durableId="325981947">
    <w:abstractNumId w:val="1"/>
  </w:num>
  <w:num w:numId="9" w16cid:durableId="12724760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6E11"/>
    <w:rsid w:val="00852DD1"/>
    <w:rsid w:val="009066E7"/>
    <w:rsid w:val="0098341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8E7E2B4"/>
  <w14:defaultImageDpi w14:val="300"/>
  <w15:docId w15:val="{24802C49-5426-2342-B459-3ECC7171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  <w:jc w:val="center"/>
    </w:pPr>
    <w:rPr>
      <w:rFonts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L’Europe Unie manuscript template</dc:title>
  <dc:subject/>
  <dc:creator/>
  <cp:keywords/>
  <dc:description>generated by python-docx</dc:description>
  <cp:lastModifiedBy>Mihaela Natea</cp:lastModifiedBy>
  <cp:revision>2</cp:revision>
  <dcterms:created xsi:type="dcterms:W3CDTF">2013-12-23T23:15:00Z</dcterms:created>
  <dcterms:modified xsi:type="dcterms:W3CDTF">2026-10-24T10:59:00Z</dcterms:modified>
  <cp:category/>
</cp:coreProperties>
</file>